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B3406" w14:textId="77777777" w:rsidR="00E33885" w:rsidRDefault="00000000">
      <w:pPr>
        <w:spacing w:after="0" w:line="240" w:lineRule="auto"/>
        <w:jc w:val="right"/>
      </w:pPr>
      <w:r>
        <w:rPr>
          <w:sz w:val="18"/>
        </w:rPr>
        <w:t xml:space="preserve">申請受付番号：　　　　　　　　　　　　</w:t>
      </w:r>
    </w:p>
    <w:p w14:paraId="1EA79DA7" w14:textId="77777777" w:rsidR="00E33885" w:rsidRDefault="00000000">
      <w:pPr>
        <w:spacing w:after="80" w:line="240" w:lineRule="auto"/>
        <w:jc w:val="right"/>
      </w:pPr>
      <w:r>
        <w:rPr>
          <w:sz w:val="19"/>
        </w:rPr>
        <w:t xml:space="preserve">　　　年　　　月　　　日</w:t>
      </w:r>
    </w:p>
    <w:p w14:paraId="1F57D07C" w14:textId="77777777" w:rsidR="00E33885" w:rsidRDefault="00000000">
      <w:pPr>
        <w:spacing w:after="160" w:line="240" w:lineRule="auto"/>
        <w:jc w:val="center"/>
      </w:pPr>
      <w:r>
        <w:rPr>
          <w:b/>
          <w:sz w:val="30"/>
        </w:rPr>
        <w:t>転載許諾申請書</w:t>
      </w:r>
    </w:p>
    <w:p w14:paraId="06E5DD19" w14:textId="77777777" w:rsidR="00E33885" w:rsidRDefault="00000000">
      <w:pPr>
        <w:spacing w:after="120" w:line="240" w:lineRule="auto"/>
      </w:pPr>
      <w:r>
        <w:rPr>
          <w:b/>
        </w:rPr>
        <w:t>一般社団法人 日本食品保蔵科学会　御中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30"/>
      </w:tblGrid>
      <w:tr w:rsidR="00E33885" w14:paraId="11744297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3B5FB677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申請者名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1E7B76A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様</w:t>
            </w:r>
          </w:p>
        </w:tc>
      </w:tr>
      <w:tr w:rsidR="00E33885" w14:paraId="31C1D6C1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342B4F9B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社名・所属機関名等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7C99C259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</w:t>
            </w:r>
          </w:p>
        </w:tc>
      </w:tr>
      <w:tr w:rsidR="00E33885" w14:paraId="75172B09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74587EDB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部署名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0207821C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</w:t>
            </w:r>
          </w:p>
        </w:tc>
      </w:tr>
      <w:tr w:rsidR="00E33885" w14:paraId="06F180D6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14DAE153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住所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C02EAAC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〒　　　　　　　　　　　　　　　　　　　　　　　　　</w:t>
            </w:r>
          </w:p>
        </w:tc>
      </w:tr>
      <w:tr w:rsidR="00E33885" w14:paraId="2BDF34BC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79E835A1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TEL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C5E61EA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</w:t>
            </w:r>
          </w:p>
        </w:tc>
      </w:tr>
      <w:tr w:rsidR="00E33885" w14:paraId="43CB6DB7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CF6EB43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E-mail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7AC3073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</w:t>
            </w:r>
          </w:p>
        </w:tc>
      </w:tr>
      <w:tr w:rsidR="00E33885" w14:paraId="16AC5728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6E3CD953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申請者区分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F6A28CF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>□ 著作者　　□ 著作者以外</w:t>
            </w:r>
          </w:p>
        </w:tc>
      </w:tr>
      <w:tr w:rsidR="00E33885" w14:paraId="2216A3E3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6C9857B8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転載利用区分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B6A24E8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>□ 学術　　□ 準学術　　□ 商用　　□ その他（　　　　　　　　　）</w:t>
            </w:r>
          </w:p>
        </w:tc>
      </w:tr>
    </w:tbl>
    <w:p w14:paraId="5999F981" w14:textId="77777777" w:rsidR="00E33885" w:rsidRDefault="00000000">
      <w:pPr>
        <w:spacing w:before="100" w:after="100" w:line="240" w:lineRule="auto"/>
        <w:rPr>
          <w:lang w:eastAsia="ja-JP"/>
        </w:rPr>
      </w:pPr>
      <w:r>
        <w:rPr>
          <w:sz w:val="20"/>
          <w:lang w:eastAsia="ja-JP"/>
        </w:rPr>
        <w:t>下記著作物について、転載利用の許諾を申請いたします。</w:t>
      </w:r>
    </w:p>
    <w:p w14:paraId="0305B2FE" w14:textId="77777777" w:rsidR="00E33885" w:rsidRDefault="00000000">
      <w:pPr>
        <w:spacing w:before="80" w:after="80" w:line="240" w:lineRule="auto"/>
      </w:pPr>
      <w:r>
        <w:rPr>
          <w:b/>
          <w:sz w:val="22"/>
        </w:rPr>
        <w:t xml:space="preserve">1. </w:t>
      </w:r>
      <w:proofErr w:type="spellStart"/>
      <w:r>
        <w:rPr>
          <w:b/>
          <w:sz w:val="22"/>
        </w:rPr>
        <w:t>転載元の著作物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30"/>
      </w:tblGrid>
      <w:tr w:rsidR="00E33885" w14:paraId="4B5A0E79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0CB067AF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掲載誌・書籍名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6865AE6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>日本食品保蔵科学会誌　／　その他（　　　　　　　　　　　　　　　）</w:t>
            </w:r>
          </w:p>
        </w:tc>
      </w:tr>
      <w:tr w:rsidR="00E33885" w14:paraId="182FA0DA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58EA1C36" w14:textId="77777777" w:rsidR="00E33885" w:rsidRDefault="00000000">
            <w:pPr>
              <w:spacing w:after="0" w:line="240" w:lineRule="auto"/>
            </w:pPr>
            <w:proofErr w:type="spellStart"/>
            <w:r>
              <w:rPr>
                <w:b/>
                <w:sz w:val="18"/>
              </w:rPr>
              <w:t>論文・記事題名</w:t>
            </w:r>
            <w:proofErr w:type="spellEnd"/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8491ECF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　　　　　　　</w:t>
            </w:r>
          </w:p>
        </w:tc>
      </w:tr>
      <w:tr w:rsidR="00E33885" w14:paraId="474E9302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763A80C4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著者・編集者名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D6ADA89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　　　　　　　</w:t>
            </w:r>
          </w:p>
        </w:tc>
      </w:tr>
      <w:tr w:rsidR="00E33885" w14:paraId="7D397C05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C6A9A61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巻・号・頁・発行年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0B14F3C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>第　　　巻　第　　　号　pp.　　　～　　　（　　　　年）</w:t>
            </w:r>
          </w:p>
        </w:tc>
      </w:tr>
      <w:tr w:rsidR="00E33885" w14:paraId="21D7111E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157DA1C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転載利用する箇所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42571540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>□ 本文　□ 図　□ 表　□ 写真　□ 要旨　□ その他（　　　　　　　）</w:t>
            </w:r>
            <w:r>
              <w:rPr>
                <w:sz w:val="18"/>
                <w:lang w:eastAsia="ja-JP"/>
              </w:rPr>
              <w:br/>
              <w:t xml:space="preserve">該当箇所・図表番号等：　　　　　　　　　　　　　　　　　　　　　　</w:t>
            </w:r>
          </w:p>
        </w:tc>
      </w:tr>
    </w:tbl>
    <w:p w14:paraId="52B86FB5" w14:textId="77777777" w:rsidR="00E33885" w:rsidRDefault="00000000">
      <w:pPr>
        <w:spacing w:before="100" w:after="80" w:line="240" w:lineRule="auto"/>
        <w:rPr>
          <w:lang w:eastAsia="ja-JP"/>
        </w:rPr>
      </w:pPr>
      <w:r>
        <w:rPr>
          <w:b/>
          <w:sz w:val="22"/>
          <w:lang w:eastAsia="ja-JP"/>
        </w:rPr>
        <w:t>2. 転載先の著作物・利用形態</w:t>
      </w:r>
    </w:p>
    <w:p w14:paraId="08A25B5C" w14:textId="77777777" w:rsidR="00E33885" w:rsidRDefault="00000000">
      <w:pPr>
        <w:spacing w:after="60" w:line="240" w:lineRule="auto"/>
        <w:rPr>
          <w:lang w:eastAsia="ja-JP"/>
        </w:rPr>
      </w:pPr>
      <w:r>
        <w:rPr>
          <w:sz w:val="18"/>
          <w:lang w:eastAsia="ja-JP"/>
        </w:rPr>
        <w:t>※ 複数の媒体で利用する場合（例：書籍とWeb等）は、媒体ごとに申請書をご提出ください。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30"/>
      </w:tblGrid>
      <w:tr w:rsidR="00E33885" w14:paraId="18313284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57977B6A" w14:textId="77777777" w:rsidR="00E33885" w:rsidRDefault="00000000">
            <w:pPr>
              <w:spacing w:after="0" w:line="240" w:lineRule="auto"/>
            </w:pPr>
            <w:proofErr w:type="spellStart"/>
            <w:r>
              <w:rPr>
                <w:b/>
                <w:sz w:val="18"/>
              </w:rPr>
              <w:t>転載先の著作物名</w:t>
            </w:r>
            <w:proofErr w:type="spellEnd"/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96664AD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　　　　　　　</w:t>
            </w:r>
          </w:p>
        </w:tc>
      </w:tr>
      <w:tr w:rsidR="00E33885" w14:paraId="03D7E185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326BBA7C" w14:textId="77777777" w:rsidR="00E33885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編著者名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9DDFA4A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 xml:space="preserve">　　　　　　　　　　　　　　　　　　　　　　　　　　　　　　　　　</w:t>
            </w:r>
          </w:p>
        </w:tc>
      </w:tr>
      <w:tr w:rsidR="00E33885" w14:paraId="6F84548C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0BF36FBB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出版社または制作者名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5120631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 xml:space="preserve">　　　　　　　　　　　　　　　　　　　　　　　　　　　　　　　　　</w:t>
            </w:r>
          </w:p>
        </w:tc>
      </w:tr>
      <w:tr w:rsidR="00E33885" w14:paraId="0A8E9B8A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42AC7B64" w14:textId="77777777" w:rsidR="00E33885" w:rsidRDefault="00000000">
            <w:pPr>
              <w:spacing w:after="0" w:line="240" w:lineRule="auto"/>
            </w:pPr>
            <w:proofErr w:type="spellStart"/>
            <w:r>
              <w:rPr>
                <w:b/>
                <w:sz w:val="18"/>
              </w:rPr>
              <w:t>著作物の形態</w:t>
            </w:r>
            <w:proofErr w:type="spellEnd"/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E0680F8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>□ 論文　□ 書籍　□ 商業用パンフレット　□ スライド　□ Webサイト</w:t>
            </w:r>
            <w:r>
              <w:rPr>
                <w:sz w:val="18"/>
                <w:lang w:eastAsia="ja-JP"/>
              </w:rPr>
              <w:br/>
              <w:t>□ 電子的利用（□ Web　□ CD-ROM　□ DVD）　□ その他（　　　　　　）</w:t>
            </w:r>
          </w:p>
        </w:tc>
      </w:tr>
      <w:tr w:rsidR="00E33885" w14:paraId="3F790AEC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1BF1B0E9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Web・電子媒体の掲載先URL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21CA1D4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 xml:space="preserve">　　　　　　　　　　　　　　　　　　　　　　　　　　　　　　　　　</w:t>
            </w:r>
          </w:p>
        </w:tc>
      </w:tr>
      <w:tr w:rsidR="00E33885" w14:paraId="0170110E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1A4CF76" w14:textId="77777777" w:rsidR="00E33885" w:rsidRDefault="00000000">
            <w:pPr>
              <w:spacing w:after="0" w:line="240" w:lineRule="auto"/>
            </w:pPr>
            <w:proofErr w:type="spellStart"/>
            <w:r>
              <w:rPr>
                <w:b/>
                <w:sz w:val="18"/>
              </w:rPr>
              <w:t>制作部数・閲覧者数</w:t>
            </w:r>
            <w:proofErr w:type="spellEnd"/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4AB79F88" w14:textId="77777777" w:rsidR="00E33885" w:rsidRDefault="00000000">
            <w:pPr>
              <w:spacing w:after="0" w:line="240" w:lineRule="auto"/>
            </w:pPr>
            <w:r>
              <w:rPr>
                <w:sz w:val="18"/>
              </w:rPr>
              <w:t>印刷物：　　　　　　　部　　Web等：想定閲覧者数　　　　　　　　名</w:t>
            </w:r>
          </w:p>
        </w:tc>
      </w:tr>
      <w:tr w:rsidR="00E33885" w14:paraId="19BE1931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434B0819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掲載・発行予定年月日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08281E6" w14:textId="77777777" w:rsidR="00E33885" w:rsidRDefault="00000000">
            <w:pPr>
              <w:spacing w:after="0" w:line="240" w:lineRule="auto"/>
            </w:pPr>
            <w:r>
              <w:rPr>
                <w:sz w:val="18"/>
                <w:lang w:eastAsia="ja-JP"/>
              </w:rPr>
              <w:t xml:space="preserve">　　　　　</w:t>
            </w:r>
            <w:r>
              <w:rPr>
                <w:sz w:val="18"/>
              </w:rPr>
              <w:t>年　　　月　　　日</w:t>
            </w:r>
          </w:p>
        </w:tc>
      </w:tr>
      <w:tr w:rsidR="00E33885" w14:paraId="3F056231" w14:textId="77777777">
        <w:trPr>
          <w:jc w:val="center"/>
        </w:trPr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CD92EF7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転載先著作物の使用目的</w:t>
            </w:r>
          </w:p>
        </w:tc>
        <w:tc>
          <w:tcPr>
            <w:tcW w:w="70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2EB7C1E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8"/>
                <w:lang w:eastAsia="ja-JP"/>
              </w:rPr>
              <w:t xml:space="preserve">　　　　　　　　　　　　　　　　　　　　　　　　　　　　　　　　　</w:t>
            </w:r>
            <w:r>
              <w:rPr>
                <w:sz w:val="18"/>
                <w:lang w:eastAsia="ja-JP"/>
              </w:rPr>
              <w:br/>
              <w:t xml:space="preserve">　　　　　　　　　　　　　　　　　　　　　　　　　　　　　　　　　</w:t>
            </w:r>
          </w:p>
        </w:tc>
      </w:tr>
    </w:tbl>
    <w:p w14:paraId="4C94BCBB" w14:textId="77777777" w:rsidR="00E33885" w:rsidRDefault="00000000">
      <w:pPr>
        <w:spacing w:before="100" w:after="80" w:line="240" w:lineRule="auto"/>
        <w:rPr>
          <w:lang w:eastAsia="ja-JP"/>
        </w:rPr>
      </w:pPr>
      <w:r>
        <w:rPr>
          <w:b/>
          <w:sz w:val="22"/>
          <w:lang w:eastAsia="ja-JP"/>
        </w:rPr>
        <w:t>3. 確認事項</w:t>
      </w:r>
    </w:p>
    <w:p w14:paraId="01191DFD" w14:textId="77777777" w:rsidR="00E33885" w:rsidRDefault="00000000">
      <w:pPr>
        <w:spacing w:after="20"/>
        <w:ind w:left="170" w:hanging="170"/>
        <w:rPr>
          <w:lang w:eastAsia="ja-JP"/>
        </w:rPr>
      </w:pPr>
      <w:r>
        <w:rPr>
          <w:sz w:val="16"/>
          <w:lang w:eastAsia="ja-JP"/>
        </w:rPr>
        <w:t>・利用に際しては、出典（著者名、論文名、掲載誌名、巻号、頁、発行年、DOI等）を明記してください。</w:t>
      </w:r>
    </w:p>
    <w:p w14:paraId="3BA03466" w14:textId="77777777" w:rsidR="00E33885" w:rsidRDefault="00000000">
      <w:pPr>
        <w:spacing w:after="20"/>
        <w:ind w:left="170" w:hanging="170"/>
        <w:rPr>
          <w:lang w:eastAsia="ja-JP"/>
        </w:rPr>
      </w:pPr>
      <w:r>
        <w:rPr>
          <w:sz w:val="16"/>
          <w:lang w:eastAsia="ja-JP"/>
        </w:rPr>
        <w:t>・内容、図表、写真、数値データ、結論等を改変する場合、または翻訳転載する場合は、事前に本学会へご相談ください。</w:t>
      </w:r>
    </w:p>
    <w:p w14:paraId="0C06FD75" w14:textId="77777777" w:rsidR="00E33885" w:rsidRDefault="00000000">
      <w:pPr>
        <w:spacing w:after="20"/>
        <w:ind w:left="170" w:hanging="170"/>
        <w:rPr>
          <w:lang w:eastAsia="ja-JP"/>
        </w:rPr>
      </w:pPr>
      <w:r>
        <w:rPr>
          <w:sz w:val="16"/>
          <w:lang w:eastAsia="ja-JP"/>
        </w:rPr>
        <w:t>・非営利・学術目的で、CC BY-NC-SA 4.0 の条件内で利用する場合は、本申請が不要となる場合があります。判断が困難な場合は事務局へお問い合わせください。</w:t>
      </w:r>
    </w:p>
    <w:p w14:paraId="505AB5AA" w14:textId="662FF86B" w:rsidR="00E33885" w:rsidRDefault="00000000" w:rsidP="008F56D3">
      <w:pPr>
        <w:spacing w:before="160" w:after="0" w:line="240" w:lineRule="auto"/>
        <w:jc w:val="right"/>
        <w:rPr>
          <w:lang w:eastAsia="ja-JP"/>
        </w:rPr>
      </w:pPr>
      <w:r>
        <w:rPr>
          <w:sz w:val="19"/>
          <w:lang w:eastAsia="ja-JP"/>
        </w:rPr>
        <w:t>申請者署名または記名押印：　　　　　　　　　　　　　　　　　㊞</w:t>
      </w:r>
      <w:r>
        <w:rPr>
          <w:lang w:eastAsia="ja-JP"/>
        </w:rPr>
        <w:br w:type="page"/>
      </w:r>
    </w:p>
    <w:p w14:paraId="42F815CC" w14:textId="77777777" w:rsidR="00E33885" w:rsidRDefault="00000000">
      <w:pPr>
        <w:spacing w:after="0" w:line="240" w:lineRule="auto"/>
        <w:jc w:val="right"/>
      </w:pPr>
      <w:proofErr w:type="spellStart"/>
      <w:r>
        <w:rPr>
          <w:sz w:val="18"/>
        </w:rPr>
        <w:lastRenderedPageBreak/>
        <w:t>申請受付番号</w:t>
      </w:r>
      <w:proofErr w:type="spellEnd"/>
      <w:r>
        <w:rPr>
          <w:sz w:val="18"/>
        </w:rPr>
        <w:t xml:space="preserve">：　　　　　　　　　　　　</w:t>
      </w:r>
    </w:p>
    <w:p w14:paraId="42691830" w14:textId="77777777" w:rsidR="00E33885" w:rsidRDefault="00000000">
      <w:pPr>
        <w:spacing w:after="80" w:line="240" w:lineRule="auto"/>
        <w:jc w:val="right"/>
      </w:pPr>
      <w:r>
        <w:rPr>
          <w:sz w:val="19"/>
        </w:rPr>
        <w:t xml:space="preserve">　　　年　　　月　　　日</w:t>
      </w:r>
    </w:p>
    <w:p w14:paraId="54D1C48D" w14:textId="77777777" w:rsidR="00E33885" w:rsidRDefault="00000000">
      <w:pPr>
        <w:spacing w:line="240" w:lineRule="auto"/>
        <w:jc w:val="center"/>
      </w:pPr>
      <w:r>
        <w:rPr>
          <w:b/>
          <w:sz w:val="32"/>
        </w:rPr>
        <w:t>転載許諾書</w:t>
      </w:r>
    </w:p>
    <w:p w14:paraId="0E6E2A45" w14:textId="77777777" w:rsidR="00E33885" w:rsidRDefault="00000000">
      <w:pPr>
        <w:spacing w:after="240" w:line="240" w:lineRule="auto"/>
      </w:pPr>
      <w:r>
        <w:rPr>
          <w:sz w:val="22"/>
        </w:rPr>
        <w:t xml:space="preserve">　　　　　　　　　　　　　　　殿</w:t>
      </w:r>
    </w:p>
    <w:p w14:paraId="335852C3" w14:textId="77777777" w:rsidR="00E33885" w:rsidRDefault="00000000">
      <w:pPr>
        <w:spacing w:after="0" w:line="240" w:lineRule="auto"/>
        <w:jc w:val="right"/>
      </w:pPr>
      <w:r>
        <w:rPr>
          <w:b/>
          <w:sz w:val="22"/>
        </w:rPr>
        <w:t>一般社団法人 日本食品保蔵科学会</w:t>
      </w:r>
    </w:p>
    <w:p w14:paraId="5E6BD76F" w14:textId="77777777" w:rsidR="00E33885" w:rsidRDefault="00000000">
      <w:pPr>
        <w:spacing w:after="240" w:line="240" w:lineRule="auto"/>
        <w:jc w:val="right"/>
      </w:pPr>
      <w:r>
        <w:rPr>
          <w:sz w:val="22"/>
        </w:rPr>
        <w:t>会長　　　　　　　　　　　　　印</w:t>
      </w:r>
    </w:p>
    <w:p w14:paraId="6A3499EF" w14:textId="77777777" w:rsidR="00E33885" w:rsidRDefault="00000000">
      <w:pPr>
        <w:spacing w:after="160" w:line="240" w:lineRule="auto"/>
        <w:rPr>
          <w:lang w:eastAsia="ja-JP"/>
        </w:rPr>
      </w:pPr>
      <w:r>
        <w:rPr>
          <w:lang w:eastAsia="ja-JP"/>
        </w:rPr>
        <w:t>貴殿より申請のあった下記の転載利用について、次の条件により許諾いたします。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803"/>
      </w:tblGrid>
      <w:tr w:rsidR="00E33885" w14:paraId="173C8CCF" w14:textId="77777777">
        <w:trPr>
          <w:jc w:val="center"/>
        </w:trPr>
        <w:tc>
          <w:tcPr>
            <w:tcW w:w="9184" w:type="dxa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5E5E5"/>
            <w:vAlign w:val="center"/>
          </w:tcPr>
          <w:p w14:paraId="7F025324" w14:textId="77777777" w:rsidR="00E338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20"/>
              </w:rPr>
              <w:t>転載元の著作物</w:t>
            </w:r>
            <w:proofErr w:type="spellEnd"/>
          </w:p>
        </w:tc>
      </w:tr>
      <w:tr w:rsidR="00E33885" w14:paraId="0AEF3E36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08F29714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掲載誌・書籍名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D9A7E61" w14:textId="77777777" w:rsidR="00E33885" w:rsidRDefault="00000000">
            <w:pPr>
              <w:spacing w:after="0" w:line="240" w:lineRule="auto"/>
            </w:pPr>
            <w:r>
              <w:rPr>
                <w:sz w:val="19"/>
              </w:rPr>
              <w:t xml:space="preserve">　　　　　　　　　　　　　　　　　　　　　　　　　　　　　　　　</w:t>
            </w:r>
          </w:p>
        </w:tc>
      </w:tr>
      <w:tr w:rsidR="00E33885" w14:paraId="527D022C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17325178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論文・記事題名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006C36C0" w14:textId="77777777" w:rsidR="00E33885" w:rsidRDefault="00000000">
            <w:pPr>
              <w:spacing w:after="0" w:line="240" w:lineRule="auto"/>
            </w:pPr>
            <w:r>
              <w:rPr>
                <w:sz w:val="19"/>
              </w:rPr>
              <w:t xml:space="preserve">　　　　　　　　　　　　　　　　　　　　　　　　　　　　　　　　</w:t>
            </w:r>
          </w:p>
        </w:tc>
      </w:tr>
      <w:tr w:rsidR="00E33885" w14:paraId="6C85C2F7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0C92216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巻・号・頁・発行年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F2D6B99" w14:textId="77777777" w:rsidR="00E33885" w:rsidRDefault="00000000">
            <w:pPr>
              <w:spacing w:after="0" w:line="240" w:lineRule="auto"/>
            </w:pPr>
            <w:r>
              <w:rPr>
                <w:sz w:val="19"/>
              </w:rPr>
              <w:t xml:space="preserve">　　　　　　　　　　　　　　　　　　　　　　　　　　　　　　　　</w:t>
            </w:r>
          </w:p>
        </w:tc>
      </w:tr>
      <w:tr w:rsidR="00E33885" w14:paraId="026818D7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62957DA2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転載利用箇所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C018C17" w14:textId="77777777" w:rsidR="00E33885" w:rsidRDefault="00000000">
            <w:pPr>
              <w:spacing w:after="0" w:line="240" w:lineRule="auto"/>
            </w:pPr>
            <w:r>
              <w:rPr>
                <w:sz w:val="19"/>
              </w:rPr>
              <w:t xml:space="preserve">　　　　　　　　　　　　　　　　　　　　　　　　　　　　　　　　</w:t>
            </w:r>
          </w:p>
        </w:tc>
      </w:tr>
      <w:tr w:rsidR="00E33885" w14:paraId="48343A8C" w14:textId="77777777">
        <w:trPr>
          <w:jc w:val="center"/>
        </w:trPr>
        <w:tc>
          <w:tcPr>
            <w:tcW w:w="9184" w:type="dxa"/>
            <w:gridSpan w:val="2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5E5E5"/>
            <w:vAlign w:val="center"/>
          </w:tcPr>
          <w:p w14:paraId="6E8D9258" w14:textId="77777777" w:rsidR="00E33885" w:rsidRDefault="00000000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転載先の著作物</w:t>
            </w:r>
          </w:p>
        </w:tc>
      </w:tr>
      <w:tr w:rsidR="00E33885" w14:paraId="4C1DB5CC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16B6F217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転載先著作物名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03721F0C" w14:textId="77777777" w:rsidR="00E33885" w:rsidRDefault="00000000">
            <w:pPr>
              <w:spacing w:after="0" w:line="240" w:lineRule="auto"/>
            </w:pPr>
            <w:r>
              <w:rPr>
                <w:sz w:val="19"/>
              </w:rPr>
              <w:t xml:space="preserve">　　　　　　　　　　　　　　　　　　　　　　　　　　　　　　　　</w:t>
            </w:r>
          </w:p>
        </w:tc>
      </w:tr>
      <w:tr w:rsidR="00E33885" w14:paraId="737CB67F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2AD433EB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申請者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9D88BEC" w14:textId="77777777" w:rsidR="00E33885" w:rsidRDefault="00000000">
            <w:pPr>
              <w:spacing w:after="0" w:line="240" w:lineRule="auto"/>
            </w:pPr>
            <w:r>
              <w:rPr>
                <w:sz w:val="19"/>
              </w:rPr>
              <w:t xml:space="preserve">　　　　　　　　　　　　　　　　　　　　　　　　　　　　　　　　</w:t>
            </w:r>
          </w:p>
        </w:tc>
      </w:tr>
      <w:tr w:rsidR="00E33885" w14:paraId="621F3423" w14:textId="77777777">
        <w:trPr>
          <w:jc w:val="center"/>
        </w:trPr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vAlign w:val="center"/>
          </w:tcPr>
          <w:p w14:paraId="12721735" w14:textId="77777777" w:rsidR="00E33885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許諾条件</w:t>
            </w:r>
          </w:p>
        </w:tc>
        <w:tc>
          <w:tcPr>
            <w:tcW w:w="68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DF1037A" w14:textId="77777777" w:rsidR="00E33885" w:rsidRDefault="00000000">
            <w:pPr>
              <w:spacing w:after="0" w:line="240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1. 出典を明記すること。</w:t>
            </w:r>
            <w:r>
              <w:rPr>
                <w:sz w:val="19"/>
                <w:lang w:eastAsia="ja-JP"/>
              </w:rPr>
              <w:br/>
              <w:t>2. 許諾された目的および範囲内で利用すること。</w:t>
            </w:r>
            <w:r>
              <w:rPr>
                <w:sz w:val="19"/>
                <w:lang w:eastAsia="ja-JP"/>
              </w:rPr>
              <w:br/>
              <w:t>3. 内容、図表、写真、数値データ、結論等を無断で改変しないこと。</w:t>
            </w:r>
            <w:r>
              <w:rPr>
                <w:sz w:val="19"/>
                <w:lang w:eastAsia="ja-JP"/>
              </w:rPr>
              <w:br/>
              <w:t>4. 再転載または第三者への利用許諾を行う場合は、別途本学会の許諾を得ること。</w:t>
            </w:r>
          </w:p>
        </w:tc>
      </w:tr>
    </w:tbl>
    <w:p w14:paraId="6220143B" w14:textId="77777777" w:rsidR="00E33885" w:rsidRDefault="00000000">
      <w:pPr>
        <w:spacing w:before="200" w:after="0" w:line="240" w:lineRule="auto"/>
        <w:jc w:val="right"/>
        <w:rPr>
          <w:lang w:eastAsia="ja-JP"/>
        </w:rPr>
      </w:pPr>
      <w:r>
        <w:rPr>
          <w:lang w:eastAsia="ja-JP"/>
        </w:rPr>
        <w:t>以上</w:t>
      </w:r>
    </w:p>
    <w:p w14:paraId="03B4FC65" w14:textId="77777777" w:rsidR="00E33885" w:rsidRDefault="00000000">
      <w:pPr>
        <w:spacing w:before="160" w:after="0" w:line="240" w:lineRule="auto"/>
        <w:rPr>
          <w:lang w:eastAsia="ja-JP"/>
        </w:rPr>
      </w:pPr>
      <w:r>
        <w:rPr>
          <w:sz w:val="19"/>
          <w:lang w:eastAsia="ja-JP"/>
        </w:rPr>
        <w:t>【お問い合わせ先】</w:t>
      </w:r>
      <w:r>
        <w:rPr>
          <w:sz w:val="19"/>
          <w:lang w:eastAsia="ja-JP"/>
        </w:rPr>
        <w:br/>
        <w:t>一般社団法人 日本食品保蔵科学会 事務局</w:t>
      </w:r>
      <w:r>
        <w:rPr>
          <w:sz w:val="19"/>
          <w:lang w:eastAsia="ja-JP"/>
        </w:rPr>
        <w:br/>
        <w:t xml:space="preserve">E-mail：　　　　　　　　　　　　　　　　</w:t>
      </w:r>
    </w:p>
    <w:sectPr w:rsidR="00E33885" w:rsidSect="008F56D3">
      <w:footerReference w:type="default" r:id="rId8"/>
      <w:pgSz w:w="12240" w:h="15840"/>
      <w:pgMar w:top="284" w:right="879" w:bottom="284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D461C" w14:textId="77777777" w:rsidR="00314AF2" w:rsidRDefault="00314AF2">
      <w:pPr>
        <w:spacing w:after="0" w:line="240" w:lineRule="auto"/>
      </w:pPr>
      <w:r>
        <w:separator/>
      </w:r>
    </w:p>
  </w:endnote>
  <w:endnote w:type="continuationSeparator" w:id="0">
    <w:p w14:paraId="733BD5ED" w14:textId="77777777" w:rsidR="00314AF2" w:rsidRDefault="0031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4DD5" w14:textId="77777777" w:rsidR="00E33885" w:rsidRDefault="00000000">
    <w:pPr>
      <w:pStyle w:val="a7"/>
      <w:jc w:val="center"/>
      <w:rPr>
        <w:lang w:eastAsia="ja-JP"/>
      </w:rPr>
    </w:pPr>
    <w:r>
      <w:rPr>
        <w:sz w:val="16"/>
        <w:lang w:eastAsia="ja-JP"/>
      </w:rPr>
      <w:t>一般社団法人 日本食品保蔵科学会　転載許諾申請書・許諾書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44648" w14:textId="77777777" w:rsidR="00314AF2" w:rsidRDefault="00314AF2">
      <w:pPr>
        <w:spacing w:after="0" w:line="240" w:lineRule="auto"/>
      </w:pPr>
      <w:r>
        <w:separator/>
      </w:r>
    </w:p>
  </w:footnote>
  <w:footnote w:type="continuationSeparator" w:id="0">
    <w:p w14:paraId="260957A4" w14:textId="77777777" w:rsidR="00314AF2" w:rsidRDefault="00314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1597550">
    <w:abstractNumId w:val="8"/>
  </w:num>
  <w:num w:numId="2" w16cid:durableId="1927036092">
    <w:abstractNumId w:val="6"/>
  </w:num>
  <w:num w:numId="3" w16cid:durableId="341393607">
    <w:abstractNumId w:val="5"/>
  </w:num>
  <w:num w:numId="4" w16cid:durableId="261573406">
    <w:abstractNumId w:val="4"/>
  </w:num>
  <w:num w:numId="5" w16cid:durableId="245575225">
    <w:abstractNumId w:val="7"/>
  </w:num>
  <w:num w:numId="6" w16cid:durableId="172035741">
    <w:abstractNumId w:val="3"/>
  </w:num>
  <w:num w:numId="7" w16cid:durableId="211309605">
    <w:abstractNumId w:val="2"/>
  </w:num>
  <w:num w:numId="8" w16cid:durableId="1239092132">
    <w:abstractNumId w:val="1"/>
  </w:num>
  <w:num w:numId="9" w16cid:durableId="45148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4AF2"/>
    <w:rsid w:val="00326F90"/>
    <w:rsid w:val="00874C73"/>
    <w:rsid w:val="008F56D3"/>
    <w:rsid w:val="00AA1D8D"/>
    <w:rsid w:val="00B47730"/>
    <w:rsid w:val="00CB0664"/>
    <w:rsid w:val="00E338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8A360"/>
  <w14:defaultImageDpi w14:val="300"/>
  <w15:docId w15:val="{BF3B65B0-9169-43AC-919C-AB9573AB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明朝" w:eastAsia="游明朝" w:hAnsi="游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Tsujii Yoshimasa</cp:lastModifiedBy>
  <cp:revision>2</cp:revision>
  <dcterms:created xsi:type="dcterms:W3CDTF">2013-12-23T23:15:00Z</dcterms:created>
  <dcterms:modified xsi:type="dcterms:W3CDTF">2026-06-04T05:31:00Z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f7aa518d-6128-4e95-a462-eab5058a8718</vt:lpwstr>
  </property>
</Properties>
</file>